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800C9" w14:paraId="33842AF5" w14:textId="77777777" w:rsidTr="00E800C9">
        <w:trPr>
          <w:trHeight w:val="1620"/>
        </w:trPr>
        <w:tc>
          <w:tcPr>
            <w:tcW w:w="9288" w:type="dxa"/>
          </w:tcPr>
          <w:p w14:paraId="48095536" w14:textId="77777777" w:rsidR="00E800C9" w:rsidRPr="000D293E" w:rsidRDefault="00E800C9" w:rsidP="00E800C9">
            <w:pPr>
              <w:spacing w:line="288" w:lineRule="auto"/>
              <w:jc w:val="center"/>
              <w:rPr>
                <w:szCs w:val="26"/>
              </w:rPr>
            </w:pPr>
            <w:r w:rsidRPr="000D293E">
              <w:rPr>
                <w:b/>
                <w:szCs w:val="26"/>
              </w:rPr>
              <w:t>CỘNG HÒA XÃ HỘI CHỦ NGHĨA VIỆT NAM</w:t>
            </w:r>
          </w:p>
          <w:p w14:paraId="73D0271B" w14:textId="32DEC105" w:rsidR="00E800C9" w:rsidRPr="000D293E" w:rsidRDefault="00E800C9" w:rsidP="00E800C9">
            <w:pPr>
              <w:spacing w:line="288" w:lineRule="auto"/>
              <w:jc w:val="center"/>
              <w:rPr>
                <w:b/>
                <w:szCs w:val="26"/>
              </w:rPr>
            </w:pPr>
            <w:r w:rsidRPr="000D293E">
              <w:rPr>
                <w:b/>
                <w:szCs w:val="26"/>
              </w:rPr>
              <w:t>Độc lập - Tự do - Hạnh phúc</w:t>
            </w:r>
          </w:p>
          <w:p w14:paraId="269FB84E" w14:textId="7A2875F4" w:rsidR="00E800C9" w:rsidRPr="000D293E" w:rsidRDefault="00E800C9" w:rsidP="00E800C9">
            <w:pPr>
              <w:spacing w:line="288" w:lineRule="auto"/>
              <w:jc w:val="center"/>
              <w:rPr>
                <w:b/>
                <w:szCs w:val="26"/>
              </w:rPr>
            </w:pPr>
            <w:r w:rsidRPr="000D293E">
              <w:rPr>
                <w:b/>
                <w:szCs w:val="26"/>
              </w:rPr>
              <w:t>----------------------</w:t>
            </w:r>
          </w:p>
          <w:p w14:paraId="6C570A55" w14:textId="77777777" w:rsidR="00E800C9" w:rsidRPr="000D293E" w:rsidRDefault="00E800C9" w:rsidP="00E800C9">
            <w:pPr>
              <w:spacing w:line="288" w:lineRule="auto"/>
              <w:jc w:val="center"/>
              <w:rPr>
                <w:bCs/>
                <w:i/>
                <w:iCs/>
                <w:szCs w:val="26"/>
              </w:rPr>
            </w:pPr>
          </w:p>
          <w:p w14:paraId="09E50F2F" w14:textId="7D421CC7" w:rsidR="00E800C9" w:rsidRPr="000D293E" w:rsidRDefault="00E800C9" w:rsidP="00E800C9">
            <w:pPr>
              <w:spacing w:line="288" w:lineRule="auto"/>
              <w:jc w:val="center"/>
              <w:rPr>
                <w:bCs/>
                <w:i/>
                <w:iCs/>
                <w:szCs w:val="26"/>
              </w:rPr>
            </w:pPr>
            <w:r w:rsidRPr="000D293E">
              <w:rPr>
                <w:bCs/>
                <w:i/>
                <w:iCs/>
                <w:szCs w:val="26"/>
              </w:rPr>
              <w:t>……….ngày……  tháng……năm 2026</w:t>
            </w:r>
          </w:p>
        </w:tc>
      </w:tr>
    </w:tbl>
    <w:p w14:paraId="1B0F7E18" w14:textId="77777777" w:rsidR="00E800C9" w:rsidRDefault="00E800C9" w:rsidP="00E800C9">
      <w:pPr>
        <w:spacing w:after="0" w:line="288" w:lineRule="auto"/>
        <w:jc w:val="center"/>
        <w:rPr>
          <w:b/>
          <w:sz w:val="22"/>
        </w:rPr>
      </w:pPr>
    </w:p>
    <w:p w14:paraId="48152ED3" w14:textId="78344E9C" w:rsidR="003A1D12" w:rsidRPr="000D293E" w:rsidRDefault="00AB23FE" w:rsidP="00E800C9">
      <w:pPr>
        <w:spacing w:after="0" w:line="288" w:lineRule="auto"/>
        <w:jc w:val="center"/>
        <w:rPr>
          <w:b/>
          <w:sz w:val="28"/>
          <w:szCs w:val="28"/>
        </w:rPr>
      </w:pPr>
      <w:r w:rsidRPr="000D293E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9B8A87E" wp14:editId="2AC9A3DF">
                <wp:simplePos x="0" y="0"/>
                <wp:positionH relativeFrom="column">
                  <wp:posOffset>56515</wp:posOffset>
                </wp:positionH>
                <wp:positionV relativeFrom="paragraph">
                  <wp:posOffset>86731</wp:posOffset>
                </wp:positionV>
                <wp:extent cx="1348740" cy="1562735"/>
                <wp:effectExtent l="57150" t="19050" r="80010" b="94615"/>
                <wp:wrapTight wrapText="bothSides">
                  <wp:wrapPolygon edited="0">
                    <wp:start x="-915" y="-263"/>
                    <wp:lineTo x="-610" y="22644"/>
                    <wp:lineTo x="22271" y="22644"/>
                    <wp:lineTo x="22576" y="-263"/>
                    <wp:lineTo x="-915" y="-263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56273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EC4217" id="Rectangle 2" o:spid="_x0000_s1026" style="position:absolute;margin-left:4.45pt;margin-top:6.85pt;width:106.2pt;height:12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" filled="f" strokecolor="#4579b8 [3044]">
                <v:shadow on="t" color="black" opacity="22937f" origin=",.5" offset="0,.63889mm"/>
                <w10:wrap type="tight"/>
              </v:rect>
            </w:pict>
          </mc:Fallback>
        </mc:AlternateContent>
      </w:r>
      <w:r w:rsidR="000046E3" w:rsidRPr="000D293E">
        <w:rPr>
          <w:b/>
          <w:sz w:val="28"/>
          <w:szCs w:val="28"/>
        </w:rPr>
        <w:t>PHIẾU ĐĂNG KÝ DỰ TUYỂN</w:t>
      </w:r>
    </w:p>
    <w:p w14:paraId="6A6C4F14" w14:textId="77777777" w:rsidR="000D293E" w:rsidRDefault="00AD1E6D" w:rsidP="00E800C9">
      <w:pPr>
        <w:spacing w:after="0" w:line="288" w:lineRule="auto"/>
        <w:jc w:val="center"/>
        <w:rPr>
          <w:b/>
          <w:sz w:val="28"/>
          <w:szCs w:val="28"/>
        </w:rPr>
      </w:pPr>
      <w:r w:rsidRPr="000D293E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A6957" wp14:editId="69D89387">
                <wp:simplePos x="0" y="0"/>
                <wp:positionH relativeFrom="column">
                  <wp:posOffset>-1172462</wp:posOffset>
                </wp:positionH>
                <wp:positionV relativeFrom="paragraph">
                  <wp:posOffset>134045</wp:posOffset>
                </wp:positionV>
                <wp:extent cx="690114" cy="1043796"/>
                <wp:effectExtent l="0" t="0" r="0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14" cy="1043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4A0279" w14:textId="77777777" w:rsidR="00AD1E6D" w:rsidRDefault="00AD1E6D" w:rsidP="00AD1E6D">
                            <w:pPr>
                              <w:jc w:val="center"/>
                            </w:pPr>
                          </w:p>
                          <w:p w14:paraId="05790D42" w14:textId="78423722" w:rsidR="00AD1E6D" w:rsidRDefault="00AD1E6D" w:rsidP="00AD1E6D">
                            <w:pPr>
                              <w:jc w:val="center"/>
                            </w:pPr>
                            <w:r>
                              <w:t>Ảnh    4 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9A695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92.3pt;margin-top:10.55pt;width:54.35pt;height:82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" filled="f" stroked="f" strokeweight=".5pt">
                <v:textbox>
                  <w:txbxContent>
                    <w:p w14:paraId="1F4A0279" w14:textId="77777777" w:rsidR="00AD1E6D" w:rsidRDefault="00AD1E6D" w:rsidP="00AD1E6D">
                      <w:pPr>
                        <w:jc w:val="center"/>
                      </w:pPr>
                    </w:p>
                    <w:p w14:paraId="05790D42" w14:textId="78423722" w:rsidR="00AD1E6D" w:rsidRDefault="00AD1E6D" w:rsidP="00AD1E6D">
                      <w:pPr>
                        <w:jc w:val="center"/>
                      </w:pPr>
                      <w:r>
                        <w:t>Ảnh    4 x6</w:t>
                      </w:r>
                    </w:p>
                  </w:txbxContent>
                </v:textbox>
              </v:shape>
            </w:pict>
          </mc:Fallback>
        </mc:AlternateContent>
      </w:r>
      <w:r w:rsidR="00E800C9" w:rsidRPr="000D293E">
        <w:rPr>
          <w:b/>
          <w:sz w:val="28"/>
          <w:szCs w:val="28"/>
        </w:rPr>
        <w:t>HỢP ĐỒNG LAO ĐỘNG LÀM NHÂN VIÊN</w:t>
      </w:r>
    </w:p>
    <w:p w14:paraId="0B3F5C43" w14:textId="58229026" w:rsidR="00E800C9" w:rsidRPr="000D293E" w:rsidRDefault="00E800C9" w:rsidP="00E800C9">
      <w:pPr>
        <w:spacing w:after="0" w:line="288" w:lineRule="auto"/>
        <w:jc w:val="center"/>
        <w:rPr>
          <w:sz w:val="28"/>
          <w:szCs w:val="28"/>
        </w:rPr>
      </w:pPr>
      <w:r w:rsidRPr="000D293E">
        <w:rPr>
          <w:b/>
          <w:sz w:val="28"/>
          <w:szCs w:val="28"/>
        </w:rPr>
        <w:t>HÀNH CHÍNH</w:t>
      </w:r>
    </w:p>
    <w:p w14:paraId="602F8C4E" w14:textId="56F7E7D9" w:rsidR="00AB23FE" w:rsidRDefault="000046E3" w:rsidP="00E800C9">
      <w:pPr>
        <w:spacing w:after="0" w:line="288" w:lineRule="auto"/>
      </w:pPr>
      <w:r>
        <w:t xml:space="preserve">Vị trí </w:t>
      </w:r>
      <w:r w:rsidR="00AB23FE">
        <w:t>dự tuyển:</w:t>
      </w:r>
      <w:r w:rsidR="00024138">
        <w:t>………………………………….</w:t>
      </w:r>
    </w:p>
    <w:p w14:paraId="41FCE4D1" w14:textId="3613D773" w:rsidR="00AB23FE" w:rsidRDefault="00AB23FE" w:rsidP="00E800C9">
      <w:pPr>
        <w:spacing w:after="0" w:line="288" w:lineRule="auto"/>
      </w:pPr>
      <w:r>
        <w:t>Đơn vị dự tuyển:</w:t>
      </w:r>
      <w:r w:rsidR="00024138">
        <w:t>………………………….……..</w:t>
      </w:r>
    </w:p>
    <w:p w14:paraId="5C63D32B" w14:textId="77777777" w:rsidR="000D293E" w:rsidRDefault="000D293E" w:rsidP="00AB23FE">
      <w:pPr>
        <w:spacing w:after="0" w:line="288" w:lineRule="auto"/>
        <w:jc w:val="center"/>
        <w:rPr>
          <w:b/>
          <w:bCs/>
        </w:rPr>
      </w:pPr>
    </w:p>
    <w:p w14:paraId="1983CBA7" w14:textId="4100F27F" w:rsidR="003A1D12" w:rsidRDefault="00AB23FE" w:rsidP="00AB23FE">
      <w:pPr>
        <w:spacing w:after="0" w:line="288" w:lineRule="auto"/>
        <w:jc w:val="center"/>
      </w:pPr>
      <w:r w:rsidRPr="00AB23FE">
        <w:rPr>
          <w:b/>
          <w:bCs/>
        </w:rPr>
        <w:t>I. THÔNG TIN CÁ NHÂN</w:t>
      </w:r>
      <w:r w:rsidR="000046E3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D1E6D" w14:paraId="7B0D02C2" w14:textId="77777777" w:rsidTr="00024138">
        <w:tc>
          <w:tcPr>
            <w:tcW w:w="9288" w:type="dxa"/>
          </w:tcPr>
          <w:p w14:paraId="1C025F18" w14:textId="77777777" w:rsidR="00024138" w:rsidRDefault="00024138" w:rsidP="00024138">
            <w:pPr>
              <w:spacing w:line="288" w:lineRule="auto"/>
            </w:pPr>
            <w:r>
              <w:t xml:space="preserve">Họ và tên (viết chữ in hoa): .............................................................................................. </w:t>
            </w:r>
            <w:r>
              <w:br/>
              <w:t xml:space="preserve">Ngày, tháng, năm sinh: .................................... Nam </w:t>
            </w:r>
            <w:r w:rsidRPr="00AB23FE">
              <w:sym w:font="Wingdings" w:char="F06F"/>
            </w:r>
            <w:r>
              <w:t xml:space="preserve"> nữ </w:t>
            </w:r>
            <w:r w:rsidRPr="00AB23FE">
              <w:sym w:font="Wingdings" w:char="F06F"/>
            </w:r>
            <w:r>
              <w:br/>
              <w:t>Dân tộc: .................................... Tôn giáo: .......................................................................</w:t>
            </w:r>
            <w:r>
              <w:br/>
              <w:t>Số CCCD/CMND: ............................ Ngày cấp: .................... Nơi cấp: ……….……….</w:t>
            </w:r>
          </w:p>
          <w:p w14:paraId="2206D57E" w14:textId="77777777" w:rsidR="00024138" w:rsidRDefault="00024138" w:rsidP="00024138">
            <w:pPr>
              <w:spacing w:line="288" w:lineRule="auto"/>
            </w:pPr>
            <w:r>
              <w:t>Điện thoại di động: ................................ Email:…………………………………...……</w:t>
            </w:r>
          </w:p>
          <w:p w14:paraId="7B38F7F8" w14:textId="77777777" w:rsidR="00024138" w:rsidRDefault="00024138" w:rsidP="00024138">
            <w:pPr>
              <w:spacing w:line="288" w:lineRule="auto"/>
            </w:pPr>
            <w:r>
              <w:t xml:space="preserve">Quê quán:........................................................................................................................... </w:t>
            </w:r>
          </w:p>
          <w:p w14:paraId="538DE3F2" w14:textId="77777777" w:rsidR="00024138" w:rsidRDefault="00024138" w:rsidP="00024138">
            <w:pPr>
              <w:spacing w:line="288" w:lineRule="auto"/>
            </w:pPr>
            <w:r>
              <w:t>Địa chỉ nhận thông báo: ....................................................................................................</w:t>
            </w:r>
          </w:p>
          <w:p w14:paraId="056EA8B0" w14:textId="77777777" w:rsidR="00024138" w:rsidRDefault="00024138" w:rsidP="00024138">
            <w:pPr>
              <w:spacing w:line="288" w:lineRule="auto"/>
            </w:pPr>
            <w:r>
              <w:t>Thông tin về hộ khẩu: .......................................................................................................</w:t>
            </w:r>
          </w:p>
          <w:p w14:paraId="7EFE40E8" w14:textId="014A1F63" w:rsidR="00024138" w:rsidRDefault="00024138" w:rsidP="00024138">
            <w:pPr>
              <w:spacing w:line="288" w:lineRule="auto"/>
            </w:pPr>
            <w:r>
              <w:t>Tính trạng về sức khỏe:……………chiều cao………..căn nặng………………..……kg</w:t>
            </w:r>
          </w:p>
        </w:tc>
      </w:tr>
      <w:tr w:rsidR="00AD1E6D" w14:paraId="3C799FF4" w14:textId="77777777" w:rsidTr="00024138">
        <w:tc>
          <w:tcPr>
            <w:tcW w:w="9288" w:type="dxa"/>
          </w:tcPr>
          <w:p w14:paraId="621E38E5" w14:textId="2EEE60B7" w:rsidR="00024138" w:rsidRDefault="00024138" w:rsidP="00E800C9">
            <w:pPr>
              <w:spacing w:line="288" w:lineRule="auto"/>
            </w:pPr>
            <w:r>
              <w:t>Trình độ văn hóa: ......................................................................................................</w:t>
            </w:r>
          </w:p>
        </w:tc>
      </w:tr>
      <w:tr w:rsidR="00AD1E6D" w14:paraId="1F4ADD3B" w14:textId="77777777" w:rsidTr="00024138">
        <w:tc>
          <w:tcPr>
            <w:tcW w:w="9288" w:type="dxa"/>
          </w:tcPr>
          <w:p w14:paraId="6B8D1AD2" w14:textId="4502F437" w:rsidR="00024138" w:rsidRDefault="00024138" w:rsidP="00E800C9">
            <w:pPr>
              <w:spacing w:line="288" w:lineRule="auto"/>
            </w:pPr>
            <w:r>
              <w:t>Trình độ chuyên môn: ...............................................................................................</w:t>
            </w:r>
          </w:p>
        </w:tc>
      </w:tr>
    </w:tbl>
    <w:p w14:paraId="27C9CB45" w14:textId="77777777" w:rsidR="00024138" w:rsidRDefault="00024138" w:rsidP="00E800C9">
      <w:pPr>
        <w:spacing w:after="0" w:line="288" w:lineRule="auto"/>
      </w:pPr>
    </w:p>
    <w:p w14:paraId="5C20ED96" w14:textId="12990D51" w:rsidR="003A1D12" w:rsidRDefault="000046E3" w:rsidP="00E800C9">
      <w:pPr>
        <w:spacing w:after="0" w:line="288" w:lineRule="auto"/>
        <w:rPr>
          <w:b/>
        </w:rPr>
      </w:pPr>
      <w:r>
        <w:rPr>
          <w:b/>
        </w:rPr>
        <w:t xml:space="preserve">II. THÔNG TIN </w:t>
      </w:r>
      <w:r w:rsidR="00C42FAB">
        <w:rPr>
          <w:b/>
        </w:rPr>
        <w:t>CƠ BẢN VỀ GIA ĐÌNH</w:t>
      </w:r>
    </w:p>
    <w:tbl>
      <w:tblPr>
        <w:tblStyle w:val="TableGrid"/>
        <w:tblW w:w="9288" w:type="dxa"/>
        <w:tblLook w:val="04A0" w:firstRow="1" w:lastRow="0" w:firstColumn="1" w:lastColumn="0" w:noHBand="0" w:noVBand="1"/>
      </w:tblPr>
      <w:tblGrid>
        <w:gridCol w:w="1008"/>
        <w:gridCol w:w="2610"/>
        <w:gridCol w:w="1260"/>
        <w:gridCol w:w="4410"/>
      </w:tblGrid>
      <w:tr w:rsidR="00C42FAB" w14:paraId="13721020" w14:textId="77777777" w:rsidTr="00362871">
        <w:tc>
          <w:tcPr>
            <w:tcW w:w="1008" w:type="dxa"/>
          </w:tcPr>
          <w:p w14:paraId="7D56A22E" w14:textId="21091B6D" w:rsidR="00C42FAB" w:rsidRPr="00C42FAB" w:rsidRDefault="00C42FAB" w:rsidP="00C42FAB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C42FAB">
              <w:rPr>
                <w:b/>
                <w:sz w:val="20"/>
                <w:szCs w:val="20"/>
              </w:rPr>
              <w:t>Mối quan hệ</w:t>
            </w:r>
          </w:p>
        </w:tc>
        <w:tc>
          <w:tcPr>
            <w:tcW w:w="2610" w:type="dxa"/>
          </w:tcPr>
          <w:p w14:paraId="7F98B0E6" w14:textId="2203C4BD" w:rsidR="00C42FAB" w:rsidRPr="00C42FAB" w:rsidRDefault="00C42FAB" w:rsidP="00C42FAB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C42FAB">
              <w:rPr>
                <w:b/>
                <w:sz w:val="20"/>
                <w:szCs w:val="20"/>
              </w:rPr>
              <w:t>Họ và tên</w:t>
            </w:r>
          </w:p>
        </w:tc>
        <w:tc>
          <w:tcPr>
            <w:tcW w:w="1260" w:type="dxa"/>
          </w:tcPr>
          <w:p w14:paraId="1FC760DE" w14:textId="1DFFF4B4" w:rsidR="00C42FAB" w:rsidRPr="00C42FAB" w:rsidRDefault="00C42FAB" w:rsidP="00C42FAB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C42FAB">
              <w:rPr>
                <w:b/>
                <w:sz w:val="20"/>
                <w:szCs w:val="20"/>
              </w:rPr>
              <w:t>Ngày tháng năm sinh</w:t>
            </w:r>
          </w:p>
        </w:tc>
        <w:tc>
          <w:tcPr>
            <w:tcW w:w="4410" w:type="dxa"/>
          </w:tcPr>
          <w:p w14:paraId="3EDBDB1F" w14:textId="6BD97580" w:rsidR="00C42FAB" w:rsidRPr="00C42FAB" w:rsidRDefault="00C42FAB" w:rsidP="00C42FAB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C42FAB">
              <w:rPr>
                <w:b/>
                <w:sz w:val="20"/>
                <w:szCs w:val="20"/>
              </w:rPr>
              <w:t>Quê quán, nghề nghiệp, chức danh, chức vụ, đơn vị công tác, học tập, nơi ở (trong, ngoài nước); thành viên các tổ chức chính trị-xã hội</w:t>
            </w:r>
          </w:p>
        </w:tc>
      </w:tr>
      <w:tr w:rsidR="00C42FAB" w14:paraId="72C6096B" w14:textId="77777777" w:rsidTr="00362871">
        <w:tc>
          <w:tcPr>
            <w:tcW w:w="1008" w:type="dxa"/>
          </w:tcPr>
          <w:p w14:paraId="19E169A1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</w:tc>
        <w:tc>
          <w:tcPr>
            <w:tcW w:w="2610" w:type="dxa"/>
          </w:tcPr>
          <w:p w14:paraId="5EFEE842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  <w:p w14:paraId="33646387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  <w:p w14:paraId="779DFC55" w14:textId="2D4B04B1" w:rsidR="00C42FAB" w:rsidRDefault="00C42FAB" w:rsidP="00C42FAB">
            <w:pPr>
              <w:spacing w:line="288" w:lineRule="auto"/>
              <w:rPr>
                <w:b/>
              </w:rPr>
            </w:pPr>
          </w:p>
        </w:tc>
        <w:tc>
          <w:tcPr>
            <w:tcW w:w="1260" w:type="dxa"/>
          </w:tcPr>
          <w:p w14:paraId="02E64796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</w:tc>
        <w:tc>
          <w:tcPr>
            <w:tcW w:w="4410" w:type="dxa"/>
          </w:tcPr>
          <w:p w14:paraId="5754FEF6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</w:tc>
      </w:tr>
      <w:tr w:rsidR="00C42FAB" w14:paraId="1F9F2B1B" w14:textId="77777777" w:rsidTr="00362871">
        <w:tc>
          <w:tcPr>
            <w:tcW w:w="1008" w:type="dxa"/>
          </w:tcPr>
          <w:p w14:paraId="32644DDA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</w:tc>
        <w:tc>
          <w:tcPr>
            <w:tcW w:w="2610" w:type="dxa"/>
          </w:tcPr>
          <w:p w14:paraId="4D0B60F6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</w:tc>
        <w:tc>
          <w:tcPr>
            <w:tcW w:w="1260" w:type="dxa"/>
          </w:tcPr>
          <w:p w14:paraId="4893A31F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</w:tc>
        <w:tc>
          <w:tcPr>
            <w:tcW w:w="4410" w:type="dxa"/>
          </w:tcPr>
          <w:p w14:paraId="62E5A95C" w14:textId="77777777" w:rsidR="00C42FAB" w:rsidRDefault="00C42FAB" w:rsidP="00C42FAB">
            <w:pPr>
              <w:spacing w:line="288" w:lineRule="auto"/>
              <w:rPr>
                <w:b/>
              </w:rPr>
            </w:pPr>
          </w:p>
        </w:tc>
      </w:tr>
    </w:tbl>
    <w:p w14:paraId="14A09A3F" w14:textId="704A10BD" w:rsidR="00C42FAB" w:rsidRDefault="00C42FAB" w:rsidP="00E800C9">
      <w:pPr>
        <w:spacing w:after="0" w:line="288" w:lineRule="auto"/>
        <w:rPr>
          <w:b/>
        </w:rPr>
      </w:pPr>
    </w:p>
    <w:p w14:paraId="64712928" w14:textId="6797E2E1" w:rsidR="00C42FAB" w:rsidRPr="00C42FAB" w:rsidRDefault="00C42FAB" w:rsidP="00E800C9">
      <w:pPr>
        <w:spacing w:after="0" w:line="288" w:lineRule="auto"/>
        <w:rPr>
          <w:b/>
          <w:bCs/>
        </w:rPr>
      </w:pPr>
      <w:r w:rsidRPr="00C42FAB">
        <w:rPr>
          <w:b/>
          <w:bCs/>
        </w:rPr>
        <w:t>III. THÔNG TIN VỀ QUÁ TRÌNH ĐÀO TẠO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1386"/>
        <w:gridCol w:w="1710"/>
        <w:gridCol w:w="1260"/>
        <w:gridCol w:w="900"/>
        <w:gridCol w:w="1080"/>
        <w:gridCol w:w="1152"/>
      </w:tblGrid>
      <w:tr w:rsidR="00AF2A9D" w14:paraId="62E82B8D" w14:textId="209B8A19" w:rsidTr="00362871">
        <w:trPr>
          <w:jc w:val="center"/>
        </w:trPr>
        <w:tc>
          <w:tcPr>
            <w:tcW w:w="1728" w:type="dxa"/>
            <w:shd w:val="clear" w:color="auto" w:fill="F2F2F2"/>
            <w:tcMar>
              <w:top w:w="100" w:type="dxa"/>
              <w:left w:w="50" w:type="dxa"/>
              <w:bottom w:w="100" w:type="dxa"/>
              <w:right w:w="50" w:type="dxa"/>
            </w:tcMar>
          </w:tcPr>
          <w:p w14:paraId="7647762B" w14:textId="0B90C552" w:rsidR="00AF2A9D" w:rsidRDefault="00AF2A9D" w:rsidP="00E800C9">
            <w:pPr>
              <w:spacing w:after="0" w:line="288" w:lineRule="auto"/>
              <w:jc w:val="center"/>
            </w:pPr>
            <w:r>
              <w:rPr>
                <w:b/>
                <w:sz w:val="21"/>
              </w:rPr>
              <w:t>Tên trường, cơ sở đào tạo cấp</w:t>
            </w:r>
          </w:p>
        </w:tc>
        <w:tc>
          <w:tcPr>
            <w:tcW w:w="1386" w:type="dxa"/>
            <w:shd w:val="clear" w:color="auto" w:fill="F2F2F2"/>
            <w:tcMar>
              <w:top w:w="100" w:type="dxa"/>
              <w:left w:w="50" w:type="dxa"/>
              <w:bottom w:w="100" w:type="dxa"/>
              <w:right w:w="50" w:type="dxa"/>
            </w:tcMar>
          </w:tcPr>
          <w:p w14:paraId="2E8D584B" w14:textId="14E657CD" w:rsidR="00AF2A9D" w:rsidRDefault="00AF2A9D" w:rsidP="00E800C9">
            <w:pPr>
              <w:spacing w:after="0" w:line="288" w:lineRule="auto"/>
              <w:jc w:val="center"/>
            </w:pPr>
            <w:r>
              <w:rPr>
                <w:b/>
                <w:sz w:val="21"/>
              </w:rPr>
              <w:t>Ngày, tháng, năm cấp văn bằng, chứng chỉ</w:t>
            </w:r>
          </w:p>
        </w:tc>
        <w:tc>
          <w:tcPr>
            <w:tcW w:w="1710" w:type="dxa"/>
            <w:shd w:val="clear" w:color="auto" w:fill="F2F2F2"/>
            <w:tcMar>
              <w:top w:w="100" w:type="dxa"/>
              <w:left w:w="50" w:type="dxa"/>
              <w:bottom w:w="100" w:type="dxa"/>
              <w:right w:w="50" w:type="dxa"/>
            </w:tcMar>
          </w:tcPr>
          <w:p w14:paraId="7F80F4B5" w14:textId="261B4D89" w:rsidR="00AF2A9D" w:rsidRDefault="00AF2A9D" w:rsidP="00E800C9">
            <w:pPr>
              <w:spacing w:after="0" w:line="288" w:lineRule="auto"/>
              <w:jc w:val="center"/>
            </w:pPr>
            <w:r>
              <w:rPr>
                <w:b/>
                <w:sz w:val="21"/>
              </w:rPr>
              <w:t>Trình độ văn bằng, chứng chỉ</w:t>
            </w:r>
          </w:p>
        </w:tc>
        <w:tc>
          <w:tcPr>
            <w:tcW w:w="1260" w:type="dxa"/>
            <w:shd w:val="clear" w:color="auto" w:fill="F2F2F2"/>
            <w:tcMar>
              <w:top w:w="100" w:type="dxa"/>
              <w:left w:w="50" w:type="dxa"/>
              <w:bottom w:w="100" w:type="dxa"/>
              <w:right w:w="50" w:type="dxa"/>
            </w:tcMar>
          </w:tcPr>
          <w:p w14:paraId="1138BE31" w14:textId="09F71336" w:rsidR="00AF2A9D" w:rsidRDefault="00AF2A9D" w:rsidP="00E800C9">
            <w:pPr>
              <w:spacing w:after="0" w:line="288" w:lineRule="auto"/>
              <w:jc w:val="center"/>
            </w:pPr>
            <w:r>
              <w:rPr>
                <w:b/>
                <w:sz w:val="21"/>
              </w:rPr>
              <w:t>Chuyên ngành đào tạo (ghi theo bảng điểm)</w:t>
            </w:r>
          </w:p>
        </w:tc>
        <w:tc>
          <w:tcPr>
            <w:tcW w:w="900" w:type="dxa"/>
            <w:shd w:val="clear" w:color="auto" w:fill="F2F2F2"/>
            <w:tcMar>
              <w:top w:w="100" w:type="dxa"/>
              <w:left w:w="50" w:type="dxa"/>
              <w:bottom w:w="100" w:type="dxa"/>
              <w:right w:w="50" w:type="dxa"/>
            </w:tcMar>
          </w:tcPr>
          <w:p w14:paraId="48E509C9" w14:textId="392585A0" w:rsidR="00AF2A9D" w:rsidRDefault="00AF2A9D" w:rsidP="00E800C9">
            <w:pPr>
              <w:spacing w:after="0" w:line="288" w:lineRule="auto"/>
              <w:jc w:val="center"/>
            </w:pPr>
            <w:r>
              <w:rPr>
                <w:b/>
                <w:sz w:val="21"/>
              </w:rPr>
              <w:t>Ngành đào tạo</w:t>
            </w:r>
          </w:p>
        </w:tc>
        <w:tc>
          <w:tcPr>
            <w:tcW w:w="1080" w:type="dxa"/>
            <w:shd w:val="clear" w:color="auto" w:fill="F2F2F2"/>
            <w:tcMar>
              <w:top w:w="100" w:type="dxa"/>
              <w:left w:w="50" w:type="dxa"/>
              <w:bottom w:w="100" w:type="dxa"/>
              <w:right w:w="50" w:type="dxa"/>
            </w:tcMar>
          </w:tcPr>
          <w:p w14:paraId="15B52F66" w14:textId="11126842" w:rsidR="00AF2A9D" w:rsidRDefault="00AF2A9D" w:rsidP="00E800C9">
            <w:pPr>
              <w:spacing w:after="0" w:line="288" w:lineRule="auto"/>
              <w:jc w:val="center"/>
            </w:pPr>
            <w:r>
              <w:rPr>
                <w:b/>
                <w:sz w:val="21"/>
              </w:rPr>
              <w:t>Hình thức đào tạo</w:t>
            </w:r>
          </w:p>
        </w:tc>
        <w:tc>
          <w:tcPr>
            <w:tcW w:w="1152" w:type="dxa"/>
            <w:shd w:val="clear" w:color="auto" w:fill="F2F2F2"/>
          </w:tcPr>
          <w:p w14:paraId="0A0DAA71" w14:textId="13845FB6" w:rsidR="00AF2A9D" w:rsidRDefault="00AF2A9D" w:rsidP="00E800C9">
            <w:pPr>
              <w:spacing w:after="0" w:line="288" w:lineRule="auto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Xếp loại bằng, chứng chỉ</w:t>
            </w:r>
          </w:p>
        </w:tc>
      </w:tr>
      <w:tr w:rsidR="00AF2A9D" w14:paraId="4F4BE42C" w14:textId="49505DDC" w:rsidTr="00362871">
        <w:trPr>
          <w:jc w:val="center"/>
        </w:trPr>
        <w:tc>
          <w:tcPr>
            <w:tcW w:w="1728" w:type="dxa"/>
            <w:tcMar>
              <w:top w:w="120" w:type="dxa"/>
              <w:left w:w="50" w:type="dxa"/>
              <w:bottom w:w="120" w:type="dxa"/>
              <w:right w:w="50" w:type="dxa"/>
            </w:tcMar>
          </w:tcPr>
          <w:p w14:paraId="7FDBB5B5" w14:textId="77777777" w:rsidR="00AF2A9D" w:rsidRDefault="00AF2A9D" w:rsidP="00E800C9">
            <w:pPr>
              <w:spacing w:after="0" w:line="288" w:lineRule="auto"/>
              <w:jc w:val="center"/>
            </w:pPr>
          </w:p>
        </w:tc>
        <w:tc>
          <w:tcPr>
            <w:tcW w:w="1386" w:type="dxa"/>
            <w:tcMar>
              <w:top w:w="120" w:type="dxa"/>
              <w:left w:w="50" w:type="dxa"/>
              <w:bottom w:w="120" w:type="dxa"/>
              <w:right w:w="50" w:type="dxa"/>
            </w:tcMar>
          </w:tcPr>
          <w:p w14:paraId="2AD6D9C4" w14:textId="77777777" w:rsidR="00AF2A9D" w:rsidRDefault="00AF2A9D" w:rsidP="00E800C9">
            <w:pPr>
              <w:spacing w:after="0" w:line="288" w:lineRule="auto"/>
              <w:jc w:val="center"/>
            </w:pPr>
          </w:p>
        </w:tc>
        <w:tc>
          <w:tcPr>
            <w:tcW w:w="1710" w:type="dxa"/>
            <w:tcMar>
              <w:top w:w="120" w:type="dxa"/>
              <w:left w:w="50" w:type="dxa"/>
              <w:bottom w:w="120" w:type="dxa"/>
              <w:right w:w="50" w:type="dxa"/>
            </w:tcMar>
          </w:tcPr>
          <w:p w14:paraId="0F6CF52B" w14:textId="77777777" w:rsidR="00AF2A9D" w:rsidRDefault="00AF2A9D" w:rsidP="00E800C9">
            <w:pPr>
              <w:spacing w:after="0" w:line="288" w:lineRule="auto"/>
              <w:jc w:val="center"/>
            </w:pPr>
          </w:p>
        </w:tc>
        <w:tc>
          <w:tcPr>
            <w:tcW w:w="1260" w:type="dxa"/>
            <w:tcMar>
              <w:top w:w="120" w:type="dxa"/>
              <w:left w:w="50" w:type="dxa"/>
              <w:bottom w:w="120" w:type="dxa"/>
              <w:right w:w="50" w:type="dxa"/>
            </w:tcMar>
          </w:tcPr>
          <w:p w14:paraId="6206389A" w14:textId="77777777" w:rsidR="00AF2A9D" w:rsidRDefault="00AF2A9D" w:rsidP="00E800C9">
            <w:pPr>
              <w:spacing w:after="0" w:line="288" w:lineRule="auto"/>
              <w:jc w:val="center"/>
            </w:pPr>
          </w:p>
        </w:tc>
        <w:tc>
          <w:tcPr>
            <w:tcW w:w="900" w:type="dxa"/>
            <w:tcMar>
              <w:top w:w="120" w:type="dxa"/>
              <w:left w:w="50" w:type="dxa"/>
              <w:bottom w:w="120" w:type="dxa"/>
              <w:right w:w="50" w:type="dxa"/>
            </w:tcMar>
          </w:tcPr>
          <w:p w14:paraId="23B65ED0" w14:textId="77777777" w:rsidR="00AF2A9D" w:rsidRDefault="00AF2A9D" w:rsidP="00E800C9">
            <w:pPr>
              <w:spacing w:after="0" w:line="288" w:lineRule="auto"/>
              <w:jc w:val="center"/>
            </w:pPr>
          </w:p>
        </w:tc>
        <w:tc>
          <w:tcPr>
            <w:tcW w:w="1080" w:type="dxa"/>
            <w:tcMar>
              <w:top w:w="120" w:type="dxa"/>
              <w:left w:w="50" w:type="dxa"/>
              <w:bottom w:w="120" w:type="dxa"/>
              <w:right w:w="50" w:type="dxa"/>
            </w:tcMar>
          </w:tcPr>
          <w:p w14:paraId="26601680" w14:textId="77777777" w:rsidR="00AF2A9D" w:rsidRDefault="00AF2A9D" w:rsidP="00E800C9">
            <w:pPr>
              <w:spacing w:after="0" w:line="288" w:lineRule="auto"/>
              <w:jc w:val="center"/>
            </w:pPr>
          </w:p>
        </w:tc>
        <w:tc>
          <w:tcPr>
            <w:tcW w:w="1152" w:type="dxa"/>
          </w:tcPr>
          <w:p w14:paraId="2B2D8C3A" w14:textId="77777777" w:rsidR="00AF2A9D" w:rsidRDefault="00AF2A9D" w:rsidP="00E800C9">
            <w:pPr>
              <w:spacing w:after="0" w:line="288" w:lineRule="auto"/>
              <w:jc w:val="center"/>
            </w:pPr>
          </w:p>
        </w:tc>
      </w:tr>
    </w:tbl>
    <w:p w14:paraId="4A633BAD" w14:textId="77777777" w:rsidR="00AF2A9D" w:rsidRDefault="00AF2A9D" w:rsidP="00E800C9">
      <w:pPr>
        <w:spacing w:after="0" w:line="288" w:lineRule="auto"/>
        <w:rPr>
          <w:b/>
        </w:rPr>
      </w:pPr>
      <w:r>
        <w:rPr>
          <w:b/>
        </w:rPr>
        <w:lastRenderedPageBreak/>
        <w:t>IV. THÔNG TIN VỀ QUÁ TRÌNH CÔNG TÁC (Nếu có)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9"/>
        <w:gridCol w:w="6313"/>
      </w:tblGrid>
      <w:tr w:rsidR="00AF2A9D" w:rsidRPr="00AF2A9D" w14:paraId="704EFF5A" w14:textId="77777777" w:rsidTr="00362871">
        <w:tc>
          <w:tcPr>
            <w:tcW w:w="2808" w:type="dxa"/>
          </w:tcPr>
          <w:p w14:paraId="02A1104C" w14:textId="29607F61" w:rsidR="00AF2A9D" w:rsidRPr="00AF2A9D" w:rsidRDefault="00AF2A9D" w:rsidP="00AF2A9D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AF2A9D">
              <w:rPr>
                <w:b/>
                <w:sz w:val="20"/>
                <w:szCs w:val="20"/>
              </w:rPr>
              <w:t>Từ ngày, tháng, năm đến ngày, tháng, năm</w:t>
            </w:r>
          </w:p>
        </w:tc>
        <w:tc>
          <w:tcPr>
            <w:tcW w:w="6480" w:type="dxa"/>
          </w:tcPr>
          <w:p w14:paraId="77FAEC7A" w14:textId="4BD3CECD" w:rsidR="00AF2A9D" w:rsidRPr="00AF2A9D" w:rsidRDefault="00AF2A9D" w:rsidP="00AF2A9D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AF2A9D">
              <w:rPr>
                <w:b/>
                <w:sz w:val="20"/>
                <w:szCs w:val="20"/>
              </w:rPr>
              <w:t>Cơ quan, tổ chức, đơn vị công tác</w:t>
            </w:r>
          </w:p>
        </w:tc>
      </w:tr>
      <w:tr w:rsidR="00AF2A9D" w14:paraId="0EDBAA6D" w14:textId="77777777" w:rsidTr="00362871">
        <w:tc>
          <w:tcPr>
            <w:tcW w:w="2808" w:type="dxa"/>
          </w:tcPr>
          <w:p w14:paraId="21A71A5B" w14:textId="77777777" w:rsidR="00AF2A9D" w:rsidRDefault="00AF2A9D" w:rsidP="00E800C9">
            <w:pPr>
              <w:spacing w:line="288" w:lineRule="auto"/>
              <w:rPr>
                <w:b/>
              </w:rPr>
            </w:pPr>
          </w:p>
        </w:tc>
        <w:tc>
          <w:tcPr>
            <w:tcW w:w="6480" w:type="dxa"/>
          </w:tcPr>
          <w:p w14:paraId="2A24E563" w14:textId="77777777" w:rsidR="00AF2A9D" w:rsidRDefault="00AF2A9D" w:rsidP="00E800C9">
            <w:pPr>
              <w:spacing w:line="288" w:lineRule="auto"/>
              <w:rPr>
                <w:b/>
              </w:rPr>
            </w:pPr>
          </w:p>
          <w:p w14:paraId="2CFB875F" w14:textId="77777777" w:rsidR="00B6576D" w:rsidRDefault="00B6576D" w:rsidP="00E800C9">
            <w:pPr>
              <w:spacing w:line="288" w:lineRule="auto"/>
              <w:rPr>
                <w:b/>
              </w:rPr>
            </w:pPr>
          </w:p>
          <w:p w14:paraId="22AAD5E0" w14:textId="2A58D54C" w:rsidR="00B6576D" w:rsidRDefault="00B6576D" w:rsidP="00E800C9">
            <w:pPr>
              <w:spacing w:line="288" w:lineRule="auto"/>
              <w:rPr>
                <w:b/>
              </w:rPr>
            </w:pPr>
          </w:p>
        </w:tc>
      </w:tr>
    </w:tbl>
    <w:p w14:paraId="6B27D15F" w14:textId="77777777" w:rsidR="00AF2A9D" w:rsidRDefault="00AF2A9D" w:rsidP="00E800C9">
      <w:pPr>
        <w:spacing w:after="0" w:line="288" w:lineRule="auto"/>
        <w:rPr>
          <w:b/>
        </w:rPr>
      </w:pPr>
      <w:r>
        <w:rPr>
          <w:b/>
        </w:rPr>
        <w:t>V. THÔNG TIN ĐĂNG KÝ DỰ TUYỂN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F2A9D" w14:paraId="7E2CCC7A" w14:textId="77777777" w:rsidTr="00362871">
        <w:tc>
          <w:tcPr>
            <w:tcW w:w="9288" w:type="dxa"/>
          </w:tcPr>
          <w:p w14:paraId="1ABF17B7" w14:textId="2CE261D7" w:rsidR="00AF2A9D" w:rsidRPr="00AF2A9D" w:rsidRDefault="00AF2A9D" w:rsidP="00E800C9">
            <w:pPr>
              <w:spacing w:line="288" w:lineRule="auto"/>
              <w:rPr>
                <w:bCs/>
                <w:sz w:val="24"/>
                <w:szCs w:val="24"/>
              </w:rPr>
            </w:pPr>
            <w:r w:rsidRPr="00AF2A9D">
              <w:rPr>
                <w:bCs/>
                <w:sz w:val="24"/>
                <w:szCs w:val="24"/>
              </w:rPr>
              <w:t>- Vị trí việc làm dự tuyển: ………………………………………………</w:t>
            </w:r>
            <w:r>
              <w:rPr>
                <w:bCs/>
                <w:sz w:val="24"/>
                <w:szCs w:val="24"/>
              </w:rPr>
              <w:t>…………..</w:t>
            </w:r>
            <w:r w:rsidRPr="00AF2A9D">
              <w:rPr>
                <w:bCs/>
                <w:sz w:val="24"/>
                <w:szCs w:val="24"/>
              </w:rPr>
              <w:t>………..</w:t>
            </w:r>
          </w:p>
          <w:p w14:paraId="741253FB" w14:textId="03D03938" w:rsidR="00AF2A9D" w:rsidRPr="00AF2A9D" w:rsidRDefault="00AF2A9D" w:rsidP="00E800C9">
            <w:pPr>
              <w:spacing w:line="288" w:lineRule="auto"/>
              <w:rPr>
                <w:bCs/>
                <w:sz w:val="24"/>
                <w:szCs w:val="24"/>
              </w:rPr>
            </w:pPr>
            <w:r w:rsidRPr="00AF2A9D">
              <w:rPr>
                <w:bCs/>
                <w:sz w:val="24"/>
                <w:szCs w:val="24"/>
              </w:rPr>
              <w:t>- Đơn vị: ………………………………………………</w:t>
            </w:r>
            <w:r>
              <w:rPr>
                <w:bCs/>
                <w:sz w:val="24"/>
                <w:szCs w:val="24"/>
              </w:rPr>
              <w:t>…………..</w:t>
            </w:r>
            <w:r w:rsidRPr="00AF2A9D">
              <w:rPr>
                <w:bCs/>
                <w:sz w:val="24"/>
                <w:szCs w:val="24"/>
              </w:rPr>
              <w:t>…………</w:t>
            </w:r>
            <w:r>
              <w:rPr>
                <w:bCs/>
                <w:sz w:val="24"/>
                <w:szCs w:val="24"/>
              </w:rPr>
              <w:t>……………….</w:t>
            </w:r>
          </w:p>
        </w:tc>
      </w:tr>
      <w:tr w:rsidR="00AF2A9D" w14:paraId="6E8C61BD" w14:textId="77777777" w:rsidTr="00362871">
        <w:tc>
          <w:tcPr>
            <w:tcW w:w="9288" w:type="dxa"/>
          </w:tcPr>
          <w:p w14:paraId="17AD4DBF" w14:textId="662FD117" w:rsidR="00AF2A9D" w:rsidRPr="00AF2A9D" w:rsidRDefault="00AF2A9D" w:rsidP="00E800C9">
            <w:pPr>
              <w:spacing w:line="288" w:lineRule="auto"/>
              <w:rPr>
                <w:bCs/>
                <w:sz w:val="24"/>
                <w:szCs w:val="24"/>
              </w:rPr>
            </w:pPr>
            <w:r w:rsidRPr="00AF2A9D">
              <w:rPr>
                <w:bCs/>
                <w:sz w:val="24"/>
                <w:szCs w:val="24"/>
              </w:rPr>
              <w:t>Đối tượng ưu tiên (nếu có)</w:t>
            </w:r>
            <w:r>
              <w:rPr>
                <w:bCs/>
                <w:sz w:val="24"/>
                <w:szCs w:val="24"/>
              </w:rPr>
              <w:t>: …………………………………………………………………..</w:t>
            </w:r>
          </w:p>
        </w:tc>
      </w:tr>
    </w:tbl>
    <w:p w14:paraId="357475D8" w14:textId="77777777" w:rsidR="00B6576D" w:rsidRDefault="00B6576D" w:rsidP="00E800C9">
      <w:pPr>
        <w:spacing w:after="0" w:line="288" w:lineRule="auto"/>
        <w:rPr>
          <w:bCs/>
        </w:rPr>
      </w:pPr>
    </w:p>
    <w:p w14:paraId="526EAA43" w14:textId="48851B48" w:rsidR="00AF2A9D" w:rsidRPr="00AF2A9D" w:rsidRDefault="00AF2A9D" w:rsidP="00E800C9">
      <w:pPr>
        <w:spacing w:after="0" w:line="288" w:lineRule="auto"/>
        <w:rPr>
          <w:bCs/>
        </w:rPr>
      </w:pPr>
      <w:r w:rsidRPr="00AF2A9D">
        <w:rPr>
          <w:bCs/>
        </w:rPr>
        <w:t>Tôi xin cam đoan và chịu trách nhiệm trước Pháp luật về thông tin cung cấp trong phiếu đăng ký dự tuyển này</w:t>
      </w:r>
    </w:p>
    <w:p w14:paraId="410AA237" w14:textId="5405B3AD" w:rsidR="003A1D12" w:rsidRDefault="003A1D12" w:rsidP="00E800C9">
      <w:pPr>
        <w:spacing w:after="0" w:line="288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20"/>
        <w:gridCol w:w="4824"/>
      </w:tblGrid>
      <w:tr w:rsidR="003A1D12" w14:paraId="5D414DD4" w14:textId="77777777" w:rsidTr="00B6576D">
        <w:trPr>
          <w:trHeight w:val="743"/>
          <w:jc w:val="center"/>
        </w:trPr>
        <w:tc>
          <w:tcPr>
            <w:tcW w:w="4320" w:type="dxa"/>
          </w:tcPr>
          <w:p w14:paraId="4FFDF8DD" w14:textId="77777777" w:rsidR="003A1D12" w:rsidRDefault="003A1D12" w:rsidP="00E800C9">
            <w:pPr>
              <w:spacing w:after="0" w:line="288" w:lineRule="auto"/>
            </w:pPr>
          </w:p>
        </w:tc>
        <w:tc>
          <w:tcPr>
            <w:tcW w:w="4824" w:type="dxa"/>
          </w:tcPr>
          <w:p w14:paraId="2348567B" w14:textId="768C5537" w:rsidR="003A1D12" w:rsidRDefault="000046E3" w:rsidP="00E800C9">
            <w:pPr>
              <w:spacing w:after="0" w:line="288" w:lineRule="auto"/>
              <w:jc w:val="center"/>
            </w:pPr>
            <w:r>
              <w:rPr>
                <w:b/>
                <w:sz w:val="24"/>
              </w:rPr>
              <w:t xml:space="preserve">NGƯỜI </w:t>
            </w:r>
            <w:r w:rsidR="00362871">
              <w:rPr>
                <w:b/>
                <w:sz w:val="24"/>
              </w:rPr>
              <w:t>VIẾT PHIẾU</w:t>
            </w:r>
          </w:p>
          <w:p w14:paraId="292A77C3" w14:textId="77777777" w:rsidR="003A1D12" w:rsidRDefault="000046E3" w:rsidP="00E800C9">
            <w:pPr>
              <w:spacing w:after="0" w:line="288" w:lineRule="auto"/>
              <w:jc w:val="center"/>
            </w:pPr>
            <w:r>
              <w:rPr>
                <w:i/>
                <w:sz w:val="22"/>
              </w:rPr>
              <w:t>(Ký, ghi rõ họ tên)</w:t>
            </w:r>
          </w:p>
        </w:tc>
      </w:tr>
    </w:tbl>
    <w:p w14:paraId="2D539DA0" w14:textId="77777777" w:rsidR="000046E3" w:rsidRDefault="000046E3" w:rsidP="00E800C9">
      <w:pPr>
        <w:spacing w:after="0" w:line="288" w:lineRule="auto"/>
      </w:pPr>
    </w:p>
    <w:sectPr w:rsidR="000046E3" w:rsidSect="00034616">
      <w:pgSz w:w="11909" w:h="16834"/>
      <w:pgMar w:top="1138" w:right="1138" w:bottom="113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3177585">
    <w:abstractNumId w:val="8"/>
  </w:num>
  <w:num w:numId="2" w16cid:durableId="834347149">
    <w:abstractNumId w:val="6"/>
  </w:num>
  <w:num w:numId="3" w16cid:durableId="1793984805">
    <w:abstractNumId w:val="5"/>
  </w:num>
  <w:num w:numId="4" w16cid:durableId="2027712243">
    <w:abstractNumId w:val="4"/>
  </w:num>
  <w:num w:numId="5" w16cid:durableId="552275949">
    <w:abstractNumId w:val="7"/>
  </w:num>
  <w:num w:numId="6" w16cid:durableId="137066438">
    <w:abstractNumId w:val="3"/>
  </w:num>
  <w:num w:numId="7" w16cid:durableId="1215004318">
    <w:abstractNumId w:val="2"/>
  </w:num>
  <w:num w:numId="8" w16cid:durableId="1984890333">
    <w:abstractNumId w:val="1"/>
  </w:num>
  <w:num w:numId="9" w16cid:durableId="1668363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6E3"/>
    <w:rsid w:val="00024138"/>
    <w:rsid w:val="00034616"/>
    <w:rsid w:val="0006063C"/>
    <w:rsid w:val="000855E1"/>
    <w:rsid w:val="000D293E"/>
    <w:rsid w:val="0015074B"/>
    <w:rsid w:val="00186A20"/>
    <w:rsid w:val="0029639D"/>
    <w:rsid w:val="00326F90"/>
    <w:rsid w:val="00362871"/>
    <w:rsid w:val="003A1D12"/>
    <w:rsid w:val="00685EF0"/>
    <w:rsid w:val="0073131B"/>
    <w:rsid w:val="009517D7"/>
    <w:rsid w:val="00AA1D8D"/>
    <w:rsid w:val="00AB23FE"/>
    <w:rsid w:val="00AD1E6D"/>
    <w:rsid w:val="00AF2A9D"/>
    <w:rsid w:val="00B47730"/>
    <w:rsid w:val="00B6576D"/>
    <w:rsid w:val="00C42FAB"/>
    <w:rsid w:val="00CB0664"/>
    <w:rsid w:val="00D85491"/>
    <w:rsid w:val="00E800C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265067"/>
  <w14:defaultImageDpi w14:val="300"/>
  <w15:docId w15:val="{CCB8ECB0-481D-4606-B60A-5962D49C5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color w:val="000000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Administrator</cp:lastModifiedBy>
  <cp:revision>2</cp:revision>
  <dcterms:created xsi:type="dcterms:W3CDTF">2026-09-23T00:29:00Z</dcterms:created>
  <dcterms:modified xsi:type="dcterms:W3CDTF">2026-09-23T00:29:00Z</dcterms:modified>
  <cp:category/>
</cp:coreProperties>
</file>